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 employee onboarding checklist</w:t>
      </w:r>
    </w:p>
    <w:p>
      <w:r>
        <w:t>Print this checklist for each newcomer and tick the boxes as you go. The wiki page team/onboarding.md explains each step; the team lead keeps the completed checklist.</w:t>
      </w:r>
    </w:p>
    <w:p>
      <w:pPr>
        <w:pStyle w:val="Heading1"/>
      </w:pPr>
      <w:r>
        <w:t>Before day 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Done</w:t>
            </w:r>
          </w:p>
        </w:tc>
        <w:tc>
          <w:tcPr>
            <w:tcW w:type="dxa" w:w="2880"/>
          </w:tcPr>
          <w:p>
            <w:r>
              <w:t>Step</w:t>
            </w:r>
          </w:p>
        </w:tc>
        <w:tc>
          <w:tcPr>
            <w:tcW w:type="dxa" w:w="2880"/>
          </w:tcPr>
          <w:p>
            <w:r>
              <w:t>Who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Order and prepare the laptop (procedure new-laptop)</w:t>
            </w:r>
          </w:p>
        </w:tc>
        <w:tc>
          <w:tcPr>
            <w:tcW w:type="dxa" w:w="2880"/>
          </w:tcPr>
          <w:p>
            <w:r>
              <w:t>Malik Robert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Create the account and the firstname.lastname@acme.example mailbox</w:t>
            </w:r>
          </w:p>
        </w:tc>
        <w:tc>
          <w:tcPr>
            <w:tcW w:type="dxa" w:w="2880"/>
          </w:tcPr>
          <w:p>
            <w:r>
              <w:t>Malik Robert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Add the newcomer to the team chat channels</w:t>
            </w:r>
          </w:p>
        </w:tc>
        <w:tc>
          <w:tcPr>
            <w:tcW w:type="dxa" w:w="2880"/>
          </w:tcPr>
          <w:p>
            <w:r>
              <w:t>Claire Martin</w:t>
            </w:r>
          </w:p>
        </w:tc>
      </w:tr>
    </w:tbl>
    <w:p>
      <w:pPr>
        <w:pStyle w:val="Heading1"/>
      </w:pPr>
      <w:r>
        <w:t>Day 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Done</w:t>
            </w:r>
          </w:p>
        </w:tc>
        <w:tc>
          <w:tcPr>
            <w:tcW w:type="dxa" w:w="2880"/>
          </w:tcPr>
          <w:p>
            <w:r>
              <w:t>Step</w:t>
            </w:r>
          </w:p>
        </w:tc>
        <w:tc>
          <w:tcPr>
            <w:tcW w:type="dxa" w:w="2880"/>
          </w:tcPr>
          <w:p>
            <w:r>
              <w:t>Who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Collect the access badge and lanyard at reception</w:t>
            </w:r>
          </w:p>
        </w:tc>
        <w:tc>
          <w:tcPr>
            <w:tcW w:type="dxa" w:w="2880"/>
          </w:tcPr>
          <w:p>
            <w:r>
              <w:t>Newcomer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Hand over the laptop, check that full-disk encryption is on</w:t>
            </w:r>
          </w:p>
        </w:tc>
        <w:tc>
          <w:tcPr>
            <w:tcW w:type="dxa" w:w="2880"/>
          </w:tcPr>
          <w:p>
            <w:r>
              <w:t>Malik Robert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Send the VPN profile and test the connection from home</w:t>
            </w:r>
          </w:p>
        </w:tc>
        <w:tc>
          <w:tcPr>
            <w:tcW w:type="dxa" w:w="2880"/>
          </w:tcPr>
          <w:p>
            <w:r>
              <w:t>Inès Petit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Add them to their team's collection in the password vault</w:t>
            </w:r>
          </w:p>
        </w:tc>
        <w:tc>
          <w:tcPr>
            <w:tcW w:type="dxa" w:w="2880"/>
          </w:tcPr>
          <w:p>
            <w:r>
              <w:t>Hugo Bernard</w:t>
            </w:r>
          </w:p>
        </w:tc>
      </w:tr>
    </w:tbl>
    <w:p>
      <w:pPr>
        <w:pStyle w:val="Heading1"/>
      </w:pPr>
      <w:r>
        <w:t>First week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Done</w:t>
            </w:r>
          </w:p>
        </w:tc>
        <w:tc>
          <w:tcPr>
            <w:tcW w:type="dxa" w:w="2880"/>
          </w:tcPr>
          <w:p>
            <w:r>
              <w:t>Step</w:t>
            </w:r>
          </w:p>
        </w:tc>
        <w:tc>
          <w:tcPr>
            <w:tcW w:type="dxa" w:w="2880"/>
          </w:tcPr>
          <w:p>
            <w:r>
              <w:t>Who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Security awareness training</w:t>
            </w:r>
          </w:p>
        </w:tc>
        <w:tc>
          <w:tcPr>
            <w:tcW w:type="dxa" w:w="2880"/>
          </w:tcPr>
          <w:p>
            <w:r>
              <w:t>Inès Petit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Read the glossary, the FAQ and the on-call page of the wiki</w:t>
            </w:r>
          </w:p>
        </w:tc>
        <w:tc>
          <w:tcPr>
            <w:tcW w:type="dxa" w:w="2880"/>
          </w:tcPr>
          <w:p>
            <w:r>
              <w:t>Newcomer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Shadow the person on call for one day</w:t>
            </w:r>
          </w:p>
        </w:tc>
        <w:tc>
          <w:tcPr>
            <w:tcW w:type="dxa" w:w="2880"/>
          </w:tcPr>
          <w:p>
            <w:r>
              <w:t>On-call</w:t>
            </w:r>
          </w:p>
        </w:tc>
      </w:tr>
    </w:tbl>
    <w:p>
      <w:pPr>
        <w:pStyle w:val="Heading1"/>
      </w:pPr>
      <w:r>
        <w:t>End of the first month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Done</w:t>
            </w:r>
          </w:p>
        </w:tc>
        <w:tc>
          <w:tcPr>
            <w:tcW w:type="dxa" w:w="2880"/>
          </w:tcPr>
          <w:p>
            <w:r>
              <w:t>Step</w:t>
            </w:r>
          </w:p>
        </w:tc>
        <w:tc>
          <w:tcPr>
            <w:tcW w:type="dxa" w:w="2880"/>
          </w:tcPr>
          <w:p>
            <w:r>
              <w:t>Who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Review with the team lead: access, questions, first tasks</w:t>
            </w:r>
          </w:p>
        </w:tc>
        <w:tc>
          <w:tcPr>
            <w:tcW w:type="dxa" w:w="2880"/>
          </w:tcPr>
          <w:p>
            <w:r>
              <w:t>Claire Martin</w:t>
            </w:r>
          </w:p>
        </w:tc>
      </w:tr>
    </w:tbl>
    <w:p/>
    <w:p>
      <w:r>
        <w:t>Newcomer: ____________________    Start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onboarding checklist</dc:title>
  <dc:subject/>
  <dc:creator>Acme IT team</dc:creator>
  <cp:keywords/>
  <dc:description/>
  <cp:lastModifiedBy>Acme IT team</cp:lastModifiedBy>
  <cp:revision>1</cp:revision>
  <dcterms:created xsi:type="dcterms:W3CDTF">2026-10-01T09:00:00Z</dcterms:created>
  <dcterms:modified xsi:type="dcterms:W3CDTF">2026-10-01T09:00:00Z</dcterms:modified>
  <cp:category/>
  <cp:lastPrinted>2026-10-01T09:00:00Z</cp:lastPrinted>
</cp:coreProperties>
</file>